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09EBC" w14:textId="77777777" w:rsidR="007C7486" w:rsidRPr="00573E8F" w:rsidRDefault="007C7486">
      <w:pPr>
        <w:spacing w:after="0"/>
        <w:rPr>
          <w:sz w:val="21"/>
          <w:lang w:val="sl-SI"/>
        </w:rPr>
      </w:pPr>
    </w:p>
    <w:p w14:paraId="47C392BD" w14:textId="3FB898FC" w:rsidR="007C7486" w:rsidRPr="00573E8F" w:rsidRDefault="007C7486">
      <w:pPr>
        <w:spacing w:after="0"/>
        <w:rPr>
          <w:sz w:val="21"/>
          <w:lang w:val="sl-SI"/>
        </w:rPr>
      </w:pPr>
      <w:r w:rsidRPr="00573E8F">
        <w:rPr>
          <w:sz w:val="21"/>
          <w:lang w:val="sl-SI"/>
        </w:rPr>
        <w:t xml:space="preserve">Kmetija pri </w:t>
      </w:r>
      <w:proofErr w:type="spellStart"/>
      <w:r w:rsidRPr="00573E8F">
        <w:rPr>
          <w:sz w:val="21"/>
          <w:lang w:val="sl-SI"/>
        </w:rPr>
        <w:t>Štefacovih</w:t>
      </w:r>
      <w:proofErr w:type="spellEnd"/>
    </w:p>
    <w:p w14:paraId="493B6818" w14:textId="1C2B8606" w:rsidR="009E2A48" w:rsidRPr="00573E8F" w:rsidRDefault="0038286B">
      <w:pPr>
        <w:spacing w:after="0"/>
        <w:rPr>
          <w:lang w:val="sl-SI"/>
        </w:rPr>
      </w:pPr>
      <w:r w:rsidRPr="00573E8F">
        <w:rPr>
          <w:sz w:val="21"/>
          <w:lang w:val="sl-SI"/>
        </w:rPr>
        <w:t>Maruša Kranjc Dolinar</w:t>
      </w:r>
      <w:r w:rsidR="00573E8F">
        <w:rPr>
          <w:sz w:val="21"/>
          <w:lang w:val="sl-SI"/>
        </w:rPr>
        <w:t>, n</w:t>
      </w:r>
      <w:r w:rsidRPr="00573E8F">
        <w:rPr>
          <w:sz w:val="21"/>
          <w:lang w:val="sl-SI"/>
        </w:rPr>
        <w:t>osilka dopolnilne dejavnosti na kmetiji</w:t>
      </w:r>
    </w:p>
    <w:p w14:paraId="5399DB73" w14:textId="307A3A98" w:rsidR="009E2A48" w:rsidRPr="00573E8F" w:rsidRDefault="0038286B">
      <w:pPr>
        <w:spacing w:after="0"/>
        <w:rPr>
          <w:lang w:val="sl-SI"/>
        </w:rPr>
      </w:pPr>
      <w:r w:rsidRPr="00573E8F">
        <w:rPr>
          <w:sz w:val="21"/>
          <w:lang w:val="sl-SI"/>
        </w:rPr>
        <w:t>Žerovnica 11</w:t>
      </w:r>
      <w:r w:rsidR="00573E8F">
        <w:rPr>
          <w:sz w:val="21"/>
          <w:lang w:val="sl-SI"/>
        </w:rPr>
        <w:t xml:space="preserve">, </w:t>
      </w:r>
      <w:r w:rsidRPr="00573E8F">
        <w:rPr>
          <w:sz w:val="21"/>
          <w:lang w:val="sl-SI"/>
        </w:rPr>
        <w:t>1384 Grahovo</w:t>
      </w:r>
    </w:p>
    <w:p w14:paraId="5084AA76" w14:textId="77777777" w:rsidR="009E2A48" w:rsidRPr="00573E8F" w:rsidRDefault="009E2A48">
      <w:pPr>
        <w:rPr>
          <w:sz w:val="10"/>
          <w:szCs w:val="10"/>
          <w:lang w:val="sl-SI"/>
        </w:rPr>
      </w:pPr>
    </w:p>
    <w:p w14:paraId="0C8C48FC" w14:textId="6BBF3304" w:rsidR="009E2A48" w:rsidRPr="00573E8F" w:rsidRDefault="0038286B" w:rsidP="00FF0233">
      <w:pPr>
        <w:spacing w:after="0" w:line="360" w:lineRule="auto"/>
        <w:jc w:val="center"/>
        <w:rPr>
          <w:lang w:val="sl-SI"/>
        </w:rPr>
      </w:pPr>
      <w:r w:rsidRPr="00573E8F">
        <w:rPr>
          <w:b/>
          <w:sz w:val="32"/>
          <w:lang w:val="sl-SI"/>
        </w:rPr>
        <w:t>DAN ODPRTIH VRAT</w:t>
      </w:r>
      <w:r w:rsidR="004F504E">
        <w:rPr>
          <w:b/>
          <w:sz w:val="32"/>
          <w:lang w:val="sl-SI"/>
        </w:rPr>
        <w:t xml:space="preserve"> in OTVORITEV RAZSTAVE</w:t>
      </w:r>
    </w:p>
    <w:p w14:paraId="7CD8B666" w14:textId="40CB0725" w:rsidR="009E2A48" w:rsidRPr="00573E8F" w:rsidRDefault="0038286B" w:rsidP="00FF0233">
      <w:pPr>
        <w:spacing w:after="0" w:line="360" w:lineRule="auto"/>
        <w:jc w:val="center"/>
        <w:rPr>
          <w:b/>
          <w:sz w:val="24"/>
          <w:lang w:val="sl-SI"/>
        </w:rPr>
      </w:pPr>
      <w:r w:rsidRPr="00573E8F">
        <w:rPr>
          <w:b/>
          <w:sz w:val="24"/>
          <w:lang w:val="sl-SI"/>
        </w:rPr>
        <w:t>v okviru projekta »Od krivolova do trajnosti«</w:t>
      </w:r>
    </w:p>
    <w:p w14:paraId="29044412" w14:textId="77777777" w:rsidR="007C7486" w:rsidRPr="00573E8F" w:rsidRDefault="007C7486" w:rsidP="00FF0233">
      <w:pPr>
        <w:spacing w:after="0" w:line="360" w:lineRule="auto"/>
        <w:jc w:val="center"/>
        <w:rPr>
          <w:lang w:val="sl-SI"/>
        </w:rPr>
      </w:pPr>
      <w:r w:rsidRPr="00573E8F">
        <w:rPr>
          <w:b/>
          <w:lang w:val="sl-SI"/>
        </w:rPr>
        <w:t>v soboto, 19. septembra 2026, s pričetkom ob 16.00.</w:t>
      </w:r>
    </w:p>
    <w:p w14:paraId="47DDF4C7" w14:textId="77777777" w:rsidR="007C7486" w:rsidRPr="00573E8F" w:rsidRDefault="007C7486" w:rsidP="00FF0233">
      <w:pPr>
        <w:spacing w:after="0" w:line="360" w:lineRule="auto"/>
        <w:jc w:val="center"/>
        <w:rPr>
          <w:sz w:val="10"/>
          <w:szCs w:val="10"/>
          <w:lang w:val="sl-SI"/>
        </w:rPr>
      </w:pPr>
    </w:p>
    <w:p w14:paraId="729BE49E" w14:textId="77777777" w:rsidR="009E2A48" w:rsidRPr="00573E8F" w:rsidRDefault="0038286B" w:rsidP="00573E8F">
      <w:pPr>
        <w:spacing w:line="360" w:lineRule="auto"/>
        <w:rPr>
          <w:lang w:val="sl-SI"/>
        </w:rPr>
      </w:pPr>
      <w:r w:rsidRPr="00573E8F">
        <w:rPr>
          <w:lang w:val="sl-SI"/>
        </w:rPr>
        <w:t>Spoštovani,</w:t>
      </w:r>
    </w:p>
    <w:p w14:paraId="7C47F91F" w14:textId="496CD65F" w:rsidR="009E2A48" w:rsidRPr="00573E8F" w:rsidRDefault="0038286B" w:rsidP="00573E8F">
      <w:pPr>
        <w:spacing w:after="0" w:line="360" w:lineRule="auto"/>
        <w:jc w:val="both"/>
        <w:rPr>
          <w:lang w:val="sl-SI"/>
        </w:rPr>
      </w:pPr>
      <w:r w:rsidRPr="00573E8F">
        <w:rPr>
          <w:lang w:val="sl-SI"/>
        </w:rPr>
        <w:t xml:space="preserve">v okviru projekta </w:t>
      </w:r>
      <w:r w:rsidRPr="00573E8F">
        <w:rPr>
          <w:bCs/>
          <w:i/>
          <w:iCs/>
          <w:lang w:val="sl-SI"/>
        </w:rPr>
        <w:t>»Od krivolova do trajnosti«</w:t>
      </w:r>
      <w:r w:rsidRPr="00573E8F">
        <w:rPr>
          <w:lang w:val="sl-SI"/>
        </w:rPr>
        <w:t>, vas vabimo na</w:t>
      </w:r>
      <w:r w:rsidR="00FF0233" w:rsidRPr="00573E8F">
        <w:rPr>
          <w:lang w:val="sl-SI"/>
        </w:rPr>
        <w:t xml:space="preserve"> </w:t>
      </w:r>
      <w:r w:rsidR="00573E8F" w:rsidRPr="00573E8F">
        <w:rPr>
          <w:b/>
          <w:bCs/>
          <w:lang w:val="sl-SI"/>
        </w:rPr>
        <w:t xml:space="preserve">dan odprtih vrat </w:t>
      </w:r>
      <w:proofErr w:type="spellStart"/>
      <w:r w:rsidR="00573E8F" w:rsidRPr="00573E8F">
        <w:rPr>
          <w:b/>
          <w:bCs/>
          <w:lang w:val="sl-SI"/>
        </w:rPr>
        <w:t>Štefacove</w:t>
      </w:r>
      <w:proofErr w:type="spellEnd"/>
      <w:r w:rsidR="00573E8F" w:rsidRPr="00573E8F">
        <w:rPr>
          <w:b/>
          <w:bCs/>
          <w:lang w:val="sl-SI"/>
        </w:rPr>
        <w:t xml:space="preserve"> kmetije</w:t>
      </w:r>
      <w:r w:rsidR="00573E8F">
        <w:rPr>
          <w:lang w:val="sl-SI"/>
        </w:rPr>
        <w:t xml:space="preserve">. </w:t>
      </w:r>
      <w:r w:rsidRPr="00573E8F">
        <w:rPr>
          <w:lang w:val="sl-SI"/>
        </w:rPr>
        <w:t>Dogodek bo namenjen</w:t>
      </w:r>
      <w:r w:rsidR="00573E8F">
        <w:rPr>
          <w:lang w:val="sl-SI"/>
        </w:rPr>
        <w:t xml:space="preserve"> otvoritvi razstave,</w:t>
      </w:r>
      <w:r w:rsidRPr="00573E8F">
        <w:rPr>
          <w:lang w:val="sl-SI"/>
        </w:rPr>
        <w:t xml:space="preserve"> predstavitvi projekta</w:t>
      </w:r>
      <w:r w:rsidR="00573E8F">
        <w:rPr>
          <w:lang w:val="sl-SI"/>
        </w:rPr>
        <w:t xml:space="preserve"> in rezultatov</w:t>
      </w:r>
      <w:r w:rsidRPr="00573E8F">
        <w:rPr>
          <w:lang w:val="sl-SI"/>
        </w:rPr>
        <w:t xml:space="preserve"> ter vsebin, povezanih z razvojem podeželja, ohranjanjem naravne in kulturne dediščine ter prehodom od nekdanjih praks krivolova k sodobnemu, odgovornemu in trajnostnemu odnosu do narave in njenih virov.</w:t>
      </w:r>
    </w:p>
    <w:p w14:paraId="702D172A" w14:textId="524BD7DD" w:rsidR="009E2A48" w:rsidRPr="00573E8F" w:rsidRDefault="0038286B" w:rsidP="00573E8F">
      <w:pPr>
        <w:spacing w:after="0" w:line="360" w:lineRule="auto"/>
        <w:jc w:val="both"/>
        <w:rPr>
          <w:lang w:val="sl-SI"/>
        </w:rPr>
      </w:pPr>
      <w:r w:rsidRPr="00573E8F">
        <w:rPr>
          <w:lang w:val="sl-SI"/>
        </w:rPr>
        <w:t xml:space="preserve">V sklopu dneva odprtih vrat bo na </w:t>
      </w:r>
      <w:r w:rsidRPr="00573E8F">
        <w:rPr>
          <w:b/>
          <w:bCs/>
          <w:lang w:val="sl-SI"/>
        </w:rPr>
        <w:t>ogled tematska razstava »Od krivolova do trajnosti«</w:t>
      </w:r>
      <w:r w:rsidRPr="00573E8F">
        <w:rPr>
          <w:lang w:val="sl-SI"/>
        </w:rPr>
        <w:t xml:space="preserve">, </w:t>
      </w:r>
      <w:r w:rsidR="00573E8F">
        <w:rPr>
          <w:lang w:val="sl-SI"/>
        </w:rPr>
        <w:t>ki prikazuje</w:t>
      </w:r>
      <w:r w:rsidRPr="00573E8F">
        <w:rPr>
          <w:lang w:val="sl-SI"/>
        </w:rPr>
        <w:t xml:space="preserve"> zgodovinski vidiki krivolova, njegov pomen v lokalnem okolju ter spreminjanje odnosa človeka do narave, divjadi in trajnostnega upravljanja prostora.</w:t>
      </w:r>
    </w:p>
    <w:p w14:paraId="0CDE9EAC" w14:textId="77777777" w:rsidR="009E2A48" w:rsidRPr="00573E8F" w:rsidRDefault="0038286B" w:rsidP="00573E8F">
      <w:pPr>
        <w:spacing w:line="360" w:lineRule="auto"/>
        <w:jc w:val="both"/>
        <w:rPr>
          <w:lang w:val="sl-SI"/>
        </w:rPr>
      </w:pPr>
      <w:r w:rsidRPr="00573E8F">
        <w:rPr>
          <w:lang w:val="sl-SI"/>
        </w:rPr>
        <w:t>Obiskovalcem bomo predstavili tudi aktivnosti in rezultate projekta ter namen in vsebine, ki so nastale v okviru njegovega izvajanja.</w:t>
      </w:r>
    </w:p>
    <w:p w14:paraId="5379DC10" w14:textId="77777777" w:rsidR="009E2A48" w:rsidRPr="00573E8F" w:rsidRDefault="0038286B" w:rsidP="00573E8F">
      <w:pPr>
        <w:spacing w:line="360" w:lineRule="auto"/>
        <w:rPr>
          <w:lang w:val="sl-SI"/>
        </w:rPr>
      </w:pPr>
      <w:r w:rsidRPr="00573E8F">
        <w:rPr>
          <w:b/>
          <w:lang w:val="sl-SI"/>
        </w:rPr>
        <w:t>Program dogodka:</w:t>
      </w:r>
    </w:p>
    <w:p w14:paraId="04FC38C5" w14:textId="1447A3EB" w:rsidR="009E2A48" w:rsidRPr="00573E8F" w:rsidRDefault="0038286B" w:rsidP="00573E8F">
      <w:pPr>
        <w:spacing w:after="60" w:line="360" w:lineRule="auto"/>
        <w:ind w:left="283"/>
        <w:rPr>
          <w:lang w:val="sl-SI"/>
        </w:rPr>
      </w:pPr>
      <w:r w:rsidRPr="00573E8F">
        <w:rPr>
          <w:b/>
          <w:lang w:val="sl-SI"/>
        </w:rPr>
        <w:t>16.00 –</w:t>
      </w:r>
      <w:r w:rsidR="004F504E">
        <w:rPr>
          <w:b/>
          <w:lang w:val="sl-SI"/>
        </w:rPr>
        <w:t xml:space="preserve"> </w:t>
      </w:r>
      <w:r w:rsidR="004F504E">
        <w:rPr>
          <w:bCs/>
          <w:lang w:val="sl-SI"/>
        </w:rPr>
        <w:t xml:space="preserve">sprejem in </w:t>
      </w:r>
      <w:r w:rsidRPr="00573E8F">
        <w:rPr>
          <w:lang w:val="sl-SI"/>
        </w:rPr>
        <w:t>pozdrav</w:t>
      </w:r>
      <w:r w:rsidR="004F504E">
        <w:rPr>
          <w:lang w:val="sl-SI"/>
        </w:rPr>
        <w:t xml:space="preserve"> </w:t>
      </w:r>
      <w:r w:rsidRPr="00573E8F">
        <w:rPr>
          <w:lang w:val="sl-SI"/>
        </w:rPr>
        <w:t>obiskovalce</w:t>
      </w:r>
      <w:r w:rsidR="004F504E">
        <w:rPr>
          <w:lang w:val="sl-SI"/>
        </w:rPr>
        <w:t xml:space="preserve">v </w:t>
      </w:r>
    </w:p>
    <w:p w14:paraId="5B1A80B5" w14:textId="57C373EC" w:rsidR="009E2A48" w:rsidRPr="00573E8F" w:rsidRDefault="0038286B" w:rsidP="00573E8F">
      <w:pPr>
        <w:spacing w:after="60" w:line="360" w:lineRule="auto"/>
        <w:ind w:left="283"/>
        <w:rPr>
          <w:lang w:val="sl-SI"/>
        </w:rPr>
      </w:pPr>
      <w:r w:rsidRPr="00573E8F">
        <w:rPr>
          <w:b/>
          <w:lang w:val="sl-SI"/>
        </w:rPr>
        <w:t xml:space="preserve">16.15 – </w:t>
      </w:r>
      <w:r w:rsidRPr="00573E8F">
        <w:rPr>
          <w:lang w:val="sl-SI"/>
        </w:rPr>
        <w:t>predstavitev projekta</w:t>
      </w:r>
      <w:r w:rsidR="004F504E">
        <w:rPr>
          <w:lang w:val="sl-SI"/>
        </w:rPr>
        <w:t xml:space="preserve"> in rezultatov</w:t>
      </w:r>
      <w:r w:rsidRPr="00573E8F">
        <w:rPr>
          <w:lang w:val="sl-SI"/>
        </w:rPr>
        <w:t xml:space="preserve"> »Od krivolova do trajnosti«</w:t>
      </w:r>
    </w:p>
    <w:p w14:paraId="22C880DD" w14:textId="77777777" w:rsidR="009E2A48" w:rsidRPr="00573E8F" w:rsidRDefault="0038286B" w:rsidP="00573E8F">
      <w:pPr>
        <w:spacing w:after="60" w:line="360" w:lineRule="auto"/>
        <w:ind w:left="283"/>
        <w:rPr>
          <w:lang w:val="sl-SI"/>
        </w:rPr>
      </w:pPr>
      <w:r w:rsidRPr="00573E8F">
        <w:rPr>
          <w:b/>
          <w:lang w:val="sl-SI"/>
        </w:rPr>
        <w:t xml:space="preserve">16.30 – </w:t>
      </w:r>
      <w:r w:rsidRPr="00573E8F">
        <w:rPr>
          <w:lang w:val="sl-SI"/>
        </w:rPr>
        <w:t>otvoritev in predstavitev tematske razstave</w:t>
      </w:r>
    </w:p>
    <w:p w14:paraId="0104615A" w14:textId="51BDCB72" w:rsidR="009E2A48" w:rsidRPr="00573E8F" w:rsidRDefault="00573E8F" w:rsidP="00573E8F">
      <w:pPr>
        <w:spacing w:after="0" w:line="360" w:lineRule="auto"/>
        <w:ind w:left="283"/>
        <w:rPr>
          <w:lang w:val="sl-SI"/>
        </w:rPr>
      </w:pPr>
      <w:r>
        <w:rPr>
          <w:b/>
          <w:lang w:val="sl-SI"/>
        </w:rPr>
        <w:t xml:space="preserve">od </w:t>
      </w:r>
      <w:r w:rsidR="0038286B" w:rsidRPr="00573E8F">
        <w:rPr>
          <w:b/>
          <w:lang w:val="sl-SI"/>
        </w:rPr>
        <w:t xml:space="preserve">17.00 dalje – </w:t>
      </w:r>
      <w:r w:rsidR="0038286B" w:rsidRPr="00573E8F">
        <w:rPr>
          <w:lang w:val="sl-SI"/>
        </w:rPr>
        <w:t>ogled razstave, druženje in pogovor z obiskovalci</w:t>
      </w:r>
    </w:p>
    <w:p w14:paraId="2E8087F6" w14:textId="77777777" w:rsidR="00573E8F" w:rsidRDefault="00573E8F" w:rsidP="00573E8F">
      <w:pPr>
        <w:spacing w:after="0" w:line="360" w:lineRule="auto"/>
        <w:rPr>
          <w:lang w:val="sl-SI"/>
        </w:rPr>
      </w:pPr>
    </w:p>
    <w:p w14:paraId="3B48BF3D" w14:textId="79C93035" w:rsidR="009E2A48" w:rsidRDefault="0038286B" w:rsidP="00573E8F">
      <w:pPr>
        <w:spacing w:after="0" w:line="360" w:lineRule="auto"/>
        <w:rPr>
          <w:lang w:val="sl-SI"/>
        </w:rPr>
      </w:pPr>
      <w:r w:rsidRPr="00573E8F">
        <w:rPr>
          <w:lang w:val="sl-SI"/>
        </w:rPr>
        <w:t>Veseli bomo vašega obiska in skupnega druženja.</w:t>
      </w:r>
      <w:r w:rsidR="00573E8F">
        <w:rPr>
          <w:lang w:val="sl-SI"/>
        </w:rPr>
        <w:t xml:space="preserve"> Dogodek je brezplačen. </w:t>
      </w:r>
    </w:p>
    <w:p w14:paraId="364B6355" w14:textId="45E21DE6" w:rsidR="00573E8F" w:rsidRDefault="00573E8F" w:rsidP="00573E8F">
      <w:pPr>
        <w:spacing w:after="0" w:line="360" w:lineRule="auto"/>
        <w:rPr>
          <w:sz w:val="10"/>
          <w:szCs w:val="10"/>
          <w:lang w:val="sl-SI"/>
        </w:rPr>
      </w:pPr>
    </w:p>
    <w:p w14:paraId="0EA1E2DD" w14:textId="77777777" w:rsidR="00573E8F" w:rsidRDefault="00573E8F" w:rsidP="00573E8F">
      <w:pPr>
        <w:spacing w:after="0" w:line="360" w:lineRule="auto"/>
        <w:rPr>
          <w:sz w:val="10"/>
          <w:szCs w:val="10"/>
          <w:lang w:val="sl-SI"/>
        </w:rPr>
      </w:pPr>
    </w:p>
    <w:p w14:paraId="4764110E" w14:textId="77777777" w:rsidR="00573E8F" w:rsidRPr="00573E8F" w:rsidRDefault="00573E8F" w:rsidP="00573E8F">
      <w:pPr>
        <w:spacing w:after="0" w:line="360" w:lineRule="auto"/>
        <w:rPr>
          <w:sz w:val="10"/>
          <w:szCs w:val="10"/>
          <w:lang w:val="sl-SI"/>
        </w:rPr>
      </w:pPr>
    </w:p>
    <w:p w14:paraId="023E4582" w14:textId="02BC65A1" w:rsidR="009E2A48" w:rsidRPr="00573E8F" w:rsidRDefault="00573E8F" w:rsidP="00573E8F">
      <w:pPr>
        <w:spacing w:line="360" w:lineRule="auto"/>
        <w:jc w:val="center"/>
        <w:rPr>
          <w:lang w:val="sl-SI"/>
        </w:rPr>
      </w:pPr>
      <w:r>
        <w:rPr>
          <w:sz w:val="10"/>
          <w:szCs w:val="10"/>
          <w:lang w:val="sl-SI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38286B" w:rsidRPr="00573E8F">
        <w:rPr>
          <w:b/>
          <w:lang w:val="sl-SI"/>
        </w:rPr>
        <w:t>Maruša Kranjc Dolinar</w:t>
      </w:r>
      <w:r w:rsidR="0038286B" w:rsidRPr="00573E8F">
        <w:rPr>
          <w:b/>
          <w:lang w:val="sl-SI"/>
        </w:rPr>
        <w:br/>
      </w:r>
      <w:r>
        <w:rPr>
          <w:lang w:val="sl-SI"/>
        </w:rPr>
        <w:t xml:space="preserve">                                                                                       </w:t>
      </w:r>
      <w:r w:rsidR="0038286B" w:rsidRPr="00573E8F">
        <w:rPr>
          <w:lang w:val="sl-SI"/>
        </w:rPr>
        <w:t>nosilka dopolnilne dejavnosti na kmetiji</w:t>
      </w:r>
    </w:p>
    <w:sectPr w:rsidR="009E2A48" w:rsidRPr="00573E8F" w:rsidSect="00034616">
      <w:headerReference w:type="default" r:id="rId8"/>
      <w:foot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8D439" w14:textId="77777777" w:rsidR="0025433D" w:rsidRDefault="0025433D" w:rsidP="007C7486">
      <w:pPr>
        <w:spacing w:after="0" w:line="240" w:lineRule="auto"/>
      </w:pPr>
      <w:r>
        <w:separator/>
      </w:r>
    </w:p>
  </w:endnote>
  <w:endnote w:type="continuationSeparator" w:id="0">
    <w:p w14:paraId="1206259B" w14:textId="77777777" w:rsidR="0025433D" w:rsidRDefault="0025433D" w:rsidP="007C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435C8" w14:textId="77777777" w:rsidR="007C7486" w:rsidRDefault="007C7486" w:rsidP="007C7486">
    <w:pPr>
      <w:tabs>
        <w:tab w:val="left" w:pos="2998"/>
        <w:tab w:val="left" w:pos="7965"/>
      </w:tabs>
      <w:spacing w:after="0"/>
      <w:rPr>
        <w:rFonts w:eastAsia="Calibri"/>
        <w:sz w:val="10"/>
        <w:szCs w:val="10"/>
      </w:rPr>
    </w:pPr>
    <w:r>
      <w:rPr>
        <w:rFonts w:eastAsia="Calibri"/>
        <w:sz w:val="10"/>
        <w:szCs w:val="10"/>
      </w:rPr>
      <w:t>___________________________________________________________________________________________________________________________________________________________________</w:t>
    </w:r>
  </w:p>
  <w:p w14:paraId="46BAC2E1" w14:textId="77777777" w:rsidR="007C7486" w:rsidRDefault="007C7486" w:rsidP="007C7486">
    <w:pPr>
      <w:tabs>
        <w:tab w:val="left" w:pos="2998"/>
        <w:tab w:val="left" w:pos="7965"/>
      </w:tabs>
      <w:spacing w:after="0"/>
      <w:rPr>
        <w:rFonts w:eastAsia="Calibr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58B1D2E" wp14:editId="44EB290E">
          <wp:simplePos x="0" y="0"/>
          <wp:positionH relativeFrom="margin">
            <wp:posOffset>409092</wp:posOffset>
          </wp:positionH>
          <wp:positionV relativeFrom="paragraph">
            <wp:posOffset>33655</wp:posOffset>
          </wp:positionV>
          <wp:extent cx="4819015" cy="467995"/>
          <wp:effectExtent l="0" t="0" r="635" b="8255"/>
          <wp:wrapTight wrapText="bothSides">
            <wp:wrapPolygon edited="0">
              <wp:start x="0" y="0"/>
              <wp:lineTo x="0" y="21102"/>
              <wp:lineTo x="21517" y="21102"/>
              <wp:lineTo x="21517" y="0"/>
              <wp:lineTo x="0" y="0"/>
            </wp:wrapPolygon>
          </wp:wrapTight>
          <wp:docPr id="143372466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01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30058" w14:textId="77777777" w:rsidR="007C7486" w:rsidRDefault="007C7486" w:rsidP="007C7486">
    <w:pPr>
      <w:tabs>
        <w:tab w:val="left" w:pos="2998"/>
        <w:tab w:val="left" w:pos="7965"/>
      </w:tabs>
      <w:spacing w:after="0"/>
      <w:rPr>
        <w:rFonts w:eastAsia="Calibri"/>
      </w:rPr>
    </w:pPr>
  </w:p>
  <w:p w14:paraId="0AC0D1D7" w14:textId="77777777" w:rsidR="007C7486" w:rsidRDefault="007C7486" w:rsidP="007C7486">
    <w:pPr>
      <w:tabs>
        <w:tab w:val="left" w:pos="2998"/>
        <w:tab w:val="left" w:pos="7965"/>
      </w:tabs>
      <w:spacing w:after="0"/>
      <w:rPr>
        <w:rFonts w:eastAsia="Calibri"/>
      </w:rPr>
    </w:pPr>
  </w:p>
  <w:p w14:paraId="609D1713" w14:textId="77777777" w:rsidR="007C7486" w:rsidRPr="004F504E" w:rsidRDefault="007C7486" w:rsidP="007C7486">
    <w:pPr>
      <w:tabs>
        <w:tab w:val="left" w:pos="2998"/>
        <w:tab w:val="left" w:pos="7965"/>
      </w:tabs>
      <w:spacing w:after="0"/>
      <w:jc w:val="center"/>
      <w:rPr>
        <w:rFonts w:ascii="Calibri" w:eastAsia="Calibri" w:hAnsi="Calibri" w:cs="Calibri"/>
        <w:sz w:val="18"/>
        <w:szCs w:val="18"/>
        <w:lang w:val="sl-SI"/>
      </w:rPr>
    </w:pPr>
    <w:r w:rsidRPr="004F504E">
      <w:rPr>
        <w:rFonts w:ascii="Calibri" w:hAnsi="Calibri" w:cs="Calibri"/>
        <w:sz w:val="18"/>
        <w:szCs w:val="18"/>
        <w:lang w:val="sl-SI"/>
      </w:rPr>
      <w:t xml:space="preserve">Projekt </w:t>
    </w:r>
    <w:r w:rsidRPr="004F504E">
      <w:rPr>
        <w:rFonts w:ascii="Calibri" w:eastAsia="Calibri" w:hAnsi="Calibri" w:cs="Calibri"/>
        <w:sz w:val="18"/>
        <w:szCs w:val="18"/>
        <w:lang w:val="sl-SI"/>
      </w:rPr>
      <w:t>»Od krivolova do trajnosti«</w:t>
    </w:r>
    <w:r w:rsidRPr="004F504E">
      <w:rPr>
        <w:rFonts w:ascii="Calibri" w:hAnsi="Calibri" w:cs="Calibri"/>
        <w:sz w:val="18"/>
        <w:szCs w:val="18"/>
        <w:lang w:val="sl-SI"/>
      </w:rPr>
      <w:t xml:space="preserve"> sofinancira Evropska unija in Republika Slovenija v okviru Strateškega načrta skupne kmetijske politike 2023–2027; ukrepa LEADER/CLLD iz Evropskega kmetijskega sklada za razvoj podeželja (EKSRP).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C93C" w14:textId="77777777" w:rsidR="0025433D" w:rsidRDefault="0025433D" w:rsidP="007C7486">
      <w:pPr>
        <w:spacing w:after="0" w:line="240" w:lineRule="auto"/>
      </w:pPr>
      <w:r>
        <w:separator/>
      </w:r>
    </w:p>
  </w:footnote>
  <w:footnote w:type="continuationSeparator" w:id="0">
    <w:p w14:paraId="1F005FC4" w14:textId="77777777" w:rsidR="0025433D" w:rsidRDefault="0025433D" w:rsidP="007C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C01" w14:textId="66850C33" w:rsidR="007C7486" w:rsidRPr="00A4248A" w:rsidRDefault="007C7486" w:rsidP="007C7486">
    <w:pPr>
      <w:pStyle w:val="Glava"/>
      <w:ind w:left="-284"/>
      <w:rPr>
        <w:lang w:val="hr-HR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931FC63" wp14:editId="653D4C51">
          <wp:simplePos x="0" y="0"/>
          <wp:positionH relativeFrom="column">
            <wp:posOffset>-266700</wp:posOffset>
          </wp:positionH>
          <wp:positionV relativeFrom="paragraph">
            <wp:posOffset>-121920</wp:posOffset>
          </wp:positionV>
          <wp:extent cx="1560195" cy="504190"/>
          <wp:effectExtent l="0" t="0" r="1905" b="0"/>
          <wp:wrapTight wrapText="bothSides">
            <wp:wrapPolygon edited="0">
              <wp:start x="0" y="0"/>
              <wp:lineTo x="0" y="20403"/>
              <wp:lineTo x="21363" y="20403"/>
              <wp:lineTo x="21363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361B">
      <w:rPr>
        <w:noProof/>
        <w:lang w:eastAsia="sl-SI"/>
      </w:rPr>
      <w:drawing>
        <wp:anchor distT="0" distB="0" distL="114300" distR="114300" simplePos="0" relativeHeight="251655168" behindDoc="1" locked="0" layoutInCell="1" allowOverlap="1" wp14:anchorId="4CA92FD6" wp14:editId="79662254">
          <wp:simplePos x="0" y="0"/>
          <wp:positionH relativeFrom="column">
            <wp:posOffset>4718050</wp:posOffset>
          </wp:positionH>
          <wp:positionV relativeFrom="paragraph">
            <wp:posOffset>-179070</wp:posOffset>
          </wp:positionV>
          <wp:extent cx="1374775" cy="560070"/>
          <wp:effectExtent l="0" t="0" r="0" b="0"/>
          <wp:wrapTight wrapText="bothSides">
            <wp:wrapPolygon edited="0">
              <wp:start x="14067" y="0"/>
              <wp:lineTo x="0" y="9551"/>
              <wp:lineTo x="0" y="17633"/>
              <wp:lineTo x="1197" y="20571"/>
              <wp:lineTo x="19754" y="20571"/>
              <wp:lineTo x="21251" y="17633"/>
              <wp:lineTo x="21251" y="11755"/>
              <wp:lineTo x="20353" y="8082"/>
              <wp:lineTo x="17360" y="0"/>
              <wp:lineTo x="14067" y="0"/>
            </wp:wrapPolygon>
          </wp:wrapTight>
          <wp:docPr id="380974044" name="Slika 1" descr="LAS Notranjsk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AS Notranjska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4775" cy="560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l-SI"/>
      </w:rPr>
      <w:drawing>
        <wp:anchor distT="0" distB="0" distL="114300" distR="114300" simplePos="0" relativeHeight="251661312" behindDoc="1" locked="0" layoutInCell="1" allowOverlap="1" wp14:anchorId="28E734A7" wp14:editId="62E79926">
          <wp:simplePos x="0" y="0"/>
          <wp:positionH relativeFrom="column">
            <wp:posOffset>1659890</wp:posOffset>
          </wp:positionH>
          <wp:positionV relativeFrom="paragraph">
            <wp:posOffset>-212090</wp:posOffset>
          </wp:positionV>
          <wp:extent cx="2794635" cy="621665"/>
          <wp:effectExtent l="0" t="0" r="5715" b="6985"/>
          <wp:wrapTight wrapText="bothSides">
            <wp:wrapPolygon edited="0">
              <wp:start x="11926" y="0"/>
              <wp:lineTo x="6331" y="5957"/>
              <wp:lineTo x="883" y="10590"/>
              <wp:lineTo x="736" y="17209"/>
              <wp:lineTo x="4564" y="19857"/>
              <wp:lineTo x="11926" y="21181"/>
              <wp:lineTo x="12663" y="21181"/>
              <wp:lineTo x="20613" y="19857"/>
              <wp:lineTo x="21497" y="19195"/>
              <wp:lineTo x="21202" y="9267"/>
              <wp:lineTo x="19141" y="6619"/>
              <wp:lineTo x="12663" y="0"/>
              <wp:lineTo x="11926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63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hr-HR"/>
      </w:rPr>
      <w:t xml:space="preserve">                                             </w:t>
    </w:r>
  </w:p>
  <w:p w14:paraId="20CF1E63" w14:textId="77777777" w:rsidR="007C7486" w:rsidRDefault="007C748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5239973">
    <w:abstractNumId w:val="8"/>
  </w:num>
  <w:num w:numId="2" w16cid:durableId="551038289">
    <w:abstractNumId w:val="6"/>
  </w:num>
  <w:num w:numId="3" w16cid:durableId="866674305">
    <w:abstractNumId w:val="5"/>
  </w:num>
  <w:num w:numId="4" w16cid:durableId="893389782">
    <w:abstractNumId w:val="4"/>
  </w:num>
  <w:num w:numId="5" w16cid:durableId="121577501">
    <w:abstractNumId w:val="7"/>
  </w:num>
  <w:num w:numId="6" w16cid:durableId="147285422">
    <w:abstractNumId w:val="3"/>
  </w:num>
  <w:num w:numId="7" w16cid:durableId="1264530183">
    <w:abstractNumId w:val="2"/>
  </w:num>
  <w:num w:numId="8" w16cid:durableId="855194723">
    <w:abstractNumId w:val="1"/>
  </w:num>
  <w:num w:numId="9" w16cid:durableId="206918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C0E"/>
    <w:rsid w:val="000C1E28"/>
    <w:rsid w:val="0015074B"/>
    <w:rsid w:val="0025433D"/>
    <w:rsid w:val="0029639D"/>
    <w:rsid w:val="00326F90"/>
    <w:rsid w:val="0038286B"/>
    <w:rsid w:val="00450D9A"/>
    <w:rsid w:val="004F504E"/>
    <w:rsid w:val="00573E8F"/>
    <w:rsid w:val="007C7486"/>
    <w:rsid w:val="009E2A48"/>
    <w:rsid w:val="00AA1D8D"/>
    <w:rsid w:val="00B47730"/>
    <w:rsid w:val="00CB0664"/>
    <w:rsid w:val="00CE47F2"/>
    <w:rsid w:val="00FB4858"/>
    <w:rsid w:val="00FC693F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BBB945"/>
  <w14:defaultImageDpi w14:val="300"/>
  <w15:docId w15:val="{9DE63603-FE4C-4E56-A295-04868BA9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eastAsia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Žakelj</cp:lastModifiedBy>
  <cp:revision>3</cp:revision>
  <dcterms:created xsi:type="dcterms:W3CDTF">2013-12-23T23:15:00Z</dcterms:created>
  <dcterms:modified xsi:type="dcterms:W3CDTF">2026-08-19T04:22:00Z</dcterms:modified>
  <cp:category/>
</cp:coreProperties>
</file>